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DCF79" w14:textId="516EE5EA" w:rsidR="006B3865" w:rsidRDefault="00794A4D">
      <w:pPr>
        <w:pStyle w:val="Heading1"/>
      </w:pPr>
      <w:r>
        <w:t>P</w:t>
      </w:r>
      <w:r w:rsidR="00000000">
        <w:t>rivacy Notice – Mediation Services</w:t>
      </w:r>
    </w:p>
    <w:p w14:paraId="392D4952" w14:textId="77777777" w:rsidR="006B3865" w:rsidRDefault="00000000">
      <w:r>
        <w:t>Kelly Lemon | Civil &amp; Commercial Mediator</w:t>
      </w:r>
    </w:p>
    <w:p w14:paraId="1962AC01" w14:textId="77777777" w:rsidR="006B3865" w:rsidRDefault="00000000">
      <w:r>
        <w:t>Trading as KJ Property &amp; Management Ltd (Company No. 07238516)</w:t>
      </w:r>
    </w:p>
    <w:p w14:paraId="796D5456" w14:textId="77777777" w:rsidR="006B3865" w:rsidRDefault="00000000">
      <w:pPr>
        <w:pStyle w:val="Heading2"/>
      </w:pPr>
      <w:r>
        <w:t>Who I Am</w:t>
      </w:r>
    </w:p>
    <w:p w14:paraId="72496D5C" w14:textId="77777777" w:rsidR="006B3865" w:rsidRDefault="00000000">
      <w:r>
        <w:t>I am an accredited Civil &amp; Commercial Mediator, delivering confidential mediation services under the trading name KJ Property &amp; Management Ltd. You can contact me at:</w:t>
      </w:r>
    </w:p>
    <w:p w14:paraId="05F567DF" w14:textId="41C91D3D" w:rsidR="006B3865" w:rsidRDefault="00000000">
      <w:r>
        <w:t>info@kellylemon.com</w:t>
      </w:r>
    </w:p>
    <w:p w14:paraId="329E9CD2" w14:textId="57449360" w:rsidR="006B3865" w:rsidRDefault="00794A4D">
      <w:proofErr w:type="spellStart"/>
      <w:r>
        <w:t>Oc</w:t>
      </w:r>
      <w:proofErr w:type="spellEnd"/>
      <w:r>
        <w:t xml:space="preserve">/o </w:t>
      </w:r>
      <w:proofErr w:type="spellStart"/>
      <w:r>
        <w:t>Optimise</w:t>
      </w:r>
      <w:proofErr w:type="spellEnd"/>
      <w:r>
        <w:t xml:space="preserve"> Accountants, O</w:t>
      </w:r>
      <w:r w:rsidR="00000000">
        <w:t>ffice 15 Bramley House, 2a Bramley Road, Long Eaton, NG10 3SX</w:t>
      </w:r>
    </w:p>
    <w:p w14:paraId="09F2F0B8" w14:textId="77777777" w:rsidR="006B3865" w:rsidRDefault="00000000">
      <w:pPr>
        <w:pStyle w:val="Heading2"/>
      </w:pPr>
      <w:r>
        <w:t>What Information I Collect</w:t>
      </w:r>
    </w:p>
    <w:p w14:paraId="480980CF" w14:textId="77777777" w:rsidR="006B3865" w:rsidRDefault="00000000">
      <w:r>
        <w:t>In the course of the mediation process, I may collect:</w:t>
      </w:r>
    </w:p>
    <w:p w14:paraId="2F9F675B" w14:textId="77777777" w:rsidR="006B3865" w:rsidRDefault="00000000">
      <w:r>
        <w:t>- Your name and contact details</w:t>
      </w:r>
    </w:p>
    <w:p w14:paraId="114CE5F4" w14:textId="77777777" w:rsidR="006B3865" w:rsidRDefault="00000000">
      <w:r>
        <w:t>- Background information relevant to the dispute</w:t>
      </w:r>
    </w:p>
    <w:p w14:paraId="4E1E7797" w14:textId="77777777" w:rsidR="006B3865" w:rsidRDefault="00000000">
      <w:r>
        <w:t>- Notes from pre-mediation discussions and sessions</w:t>
      </w:r>
    </w:p>
    <w:p w14:paraId="01DEAD4F" w14:textId="77777777" w:rsidR="006B3865" w:rsidRDefault="00000000">
      <w:r>
        <w:t>- Copies of the Agreement to Mediate and, if applicable, any final settlement terms</w:t>
      </w:r>
    </w:p>
    <w:p w14:paraId="56AB4DD2" w14:textId="77777777" w:rsidR="006B3865" w:rsidRDefault="00000000">
      <w:pPr>
        <w:pStyle w:val="Heading2"/>
      </w:pPr>
      <w:r>
        <w:t>Why I Collect It</w:t>
      </w:r>
    </w:p>
    <w:p w14:paraId="04D54BE2" w14:textId="77777777" w:rsidR="006B3865" w:rsidRDefault="00000000">
      <w:r>
        <w:t>This information is collected solely for the purposes of:</w:t>
      </w:r>
    </w:p>
    <w:p w14:paraId="05CCD860" w14:textId="77777777" w:rsidR="006B3865" w:rsidRDefault="00000000">
      <w:r>
        <w:t>- Preparing for and conducting the mediation</w:t>
      </w:r>
    </w:p>
    <w:p w14:paraId="1E9581FD" w14:textId="77777777" w:rsidR="006B3865" w:rsidRDefault="00000000">
      <w:r>
        <w:t>- Communicating with the parties</w:t>
      </w:r>
    </w:p>
    <w:p w14:paraId="68A899B4" w14:textId="77777777" w:rsidR="006B3865" w:rsidRDefault="00000000">
      <w:r>
        <w:t>- Complying with professional standards</w:t>
      </w:r>
    </w:p>
    <w:p w14:paraId="271D8395" w14:textId="77777777" w:rsidR="006B3865" w:rsidRDefault="00000000">
      <w:pPr>
        <w:pStyle w:val="Heading2"/>
      </w:pPr>
      <w:r>
        <w:t>How Your Data Is Handled</w:t>
      </w:r>
    </w:p>
    <w:p w14:paraId="324DA1E7" w14:textId="77777777" w:rsidR="006B3865" w:rsidRDefault="00000000">
      <w:r>
        <w:t>All information is held in strict confidence and processed in accordance with UK GDPR and the Data Protection Act 2018. I do not share your information with third parties unless required by law or with your express consent.</w:t>
      </w:r>
    </w:p>
    <w:p w14:paraId="6748EC4A" w14:textId="77777777" w:rsidR="006B3865" w:rsidRDefault="00000000">
      <w:pPr>
        <w:pStyle w:val="Heading2"/>
      </w:pPr>
      <w:r>
        <w:t>How Long I Keep Your Data</w:t>
      </w:r>
    </w:p>
    <w:p w14:paraId="739DB6C2" w14:textId="77777777" w:rsidR="006B3865" w:rsidRDefault="00000000">
      <w:r>
        <w:t>As per best practice guidance, I destroy all mediation notes and personal data once the process concludes, except for:</w:t>
      </w:r>
    </w:p>
    <w:p w14:paraId="0479358E" w14:textId="77777777" w:rsidR="006B3865" w:rsidRDefault="00000000">
      <w:r>
        <w:t>- The signed Agreement to Mediate</w:t>
      </w:r>
    </w:p>
    <w:p w14:paraId="39082C7A" w14:textId="77777777" w:rsidR="006B3865" w:rsidRDefault="00000000">
      <w:r>
        <w:t>- Any settlement document (if one is created and signed by the parties)</w:t>
      </w:r>
    </w:p>
    <w:p w14:paraId="099F1E63" w14:textId="77777777" w:rsidR="006B3865" w:rsidRDefault="00000000">
      <w:r>
        <w:lastRenderedPageBreak/>
        <w:t>These are retained securely for record-keeping purposes only.</w:t>
      </w:r>
    </w:p>
    <w:p w14:paraId="385D7C2E" w14:textId="77777777" w:rsidR="006B3865" w:rsidRDefault="00000000">
      <w:pPr>
        <w:pStyle w:val="Heading2"/>
      </w:pPr>
      <w:r>
        <w:t>Your Rights</w:t>
      </w:r>
    </w:p>
    <w:p w14:paraId="7571BDBC" w14:textId="77777777" w:rsidR="006B3865" w:rsidRDefault="00000000">
      <w:r>
        <w:t>You have the right to:</w:t>
      </w:r>
    </w:p>
    <w:p w14:paraId="2788CB03" w14:textId="77777777" w:rsidR="006B3865" w:rsidRDefault="00000000">
      <w:r>
        <w:t>- Request access to information I hold about you</w:t>
      </w:r>
    </w:p>
    <w:p w14:paraId="45E0F35A" w14:textId="77777777" w:rsidR="006B3865" w:rsidRDefault="00000000">
      <w:r>
        <w:t>- Request correction or deletion of your data</w:t>
      </w:r>
    </w:p>
    <w:p w14:paraId="61E4A58D" w14:textId="77777777" w:rsidR="006B3865" w:rsidRDefault="00000000">
      <w:r>
        <w:t>- Raise any concerns about how your data is handled</w:t>
      </w:r>
    </w:p>
    <w:p w14:paraId="1BAFF49B" w14:textId="77777777" w:rsidR="006B3865" w:rsidRDefault="00000000">
      <w:r>
        <w:t>To exercise your rights, please contact me at info@kellylemon.com.</w:t>
      </w:r>
    </w:p>
    <w:p w14:paraId="4847A4BE" w14:textId="77777777" w:rsidR="006B3865" w:rsidRDefault="00000000">
      <w:pPr>
        <w:pStyle w:val="Heading2"/>
      </w:pPr>
      <w:r>
        <w:t>Further Information</w:t>
      </w:r>
    </w:p>
    <w:p w14:paraId="7F87DCF8" w14:textId="77777777" w:rsidR="006B3865" w:rsidRDefault="00000000">
      <w:r>
        <w:t>For more on your rights under UK data protection law:</w:t>
      </w:r>
    </w:p>
    <w:p w14:paraId="1A350F08" w14:textId="5555A6FB" w:rsidR="006B3865" w:rsidRDefault="00000000">
      <w:r>
        <w:t>www.ico.org.uk</w:t>
      </w:r>
    </w:p>
    <w:sectPr w:rsidR="006B3865" w:rsidSect="00034616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5B33D" w14:textId="77777777" w:rsidR="008A6FDA" w:rsidRDefault="008A6FDA" w:rsidP="00794A4D">
      <w:pPr>
        <w:spacing w:after="0" w:line="240" w:lineRule="auto"/>
      </w:pPr>
      <w:r>
        <w:separator/>
      </w:r>
    </w:p>
  </w:endnote>
  <w:endnote w:type="continuationSeparator" w:id="0">
    <w:p w14:paraId="4C61616F" w14:textId="77777777" w:rsidR="008A6FDA" w:rsidRDefault="008A6FDA" w:rsidP="00794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20303528"/>
      <w:docPartObj>
        <w:docPartGallery w:val="Page Numbers (Bottom of Page)"/>
        <w:docPartUnique/>
      </w:docPartObj>
    </w:sdtPr>
    <w:sdtContent>
      <w:p w14:paraId="1E94D335" w14:textId="5555ABED" w:rsidR="00794A4D" w:rsidRDefault="00794A4D" w:rsidP="00BD4EA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21018D0" w14:textId="77777777" w:rsidR="00794A4D" w:rsidRDefault="00794A4D" w:rsidP="00794A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55193735"/>
      <w:docPartObj>
        <w:docPartGallery w:val="Page Numbers (Bottom of Page)"/>
        <w:docPartUnique/>
      </w:docPartObj>
    </w:sdtPr>
    <w:sdtContent>
      <w:p w14:paraId="47E81BFB" w14:textId="3407A822" w:rsidR="00794A4D" w:rsidRDefault="00794A4D" w:rsidP="00BD4EA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556A440" w14:textId="444928D4" w:rsidR="00794A4D" w:rsidRDefault="00794A4D" w:rsidP="00794A4D">
    <w:pPr>
      <w:pStyle w:val="Footer"/>
      <w:ind w:right="360"/>
    </w:pPr>
    <w:r>
      <w:t xml:space="preserve">Privacy Policy – Kelly Lemon Mediation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3A49E" w14:textId="77777777" w:rsidR="008A6FDA" w:rsidRDefault="008A6FDA" w:rsidP="00794A4D">
      <w:pPr>
        <w:spacing w:after="0" w:line="240" w:lineRule="auto"/>
      </w:pPr>
      <w:r>
        <w:separator/>
      </w:r>
    </w:p>
  </w:footnote>
  <w:footnote w:type="continuationSeparator" w:id="0">
    <w:p w14:paraId="7138974E" w14:textId="77777777" w:rsidR="008A6FDA" w:rsidRDefault="008A6FDA" w:rsidP="00794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0304240">
    <w:abstractNumId w:val="8"/>
  </w:num>
  <w:num w:numId="2" w16cid:durableId="1782450558">
    <w:abstractNumId w:val="6"/>
  </w:num>
  <w:num w:numId="3" w16cid:durableId="1636401105">
    <w:abstractNumId w:val="5"/>
  </w:num>
  <w:num w:numId="4" w16cid:durableId="1792749720">
    <w:abstractNumId w:val="4"/>
  </w:num>
  <w:num w:numId="5" w16cid:durableId="1105928856">
    <w:abstractNumId w:val="7"/>
  </w:num>
  <w:num w:numId="6" w16cid:durableId="1915819993">
    <w:abstractNumId w:val="3"/>
  </w:num>
  <w:num w:numId="7" w16cid:durableId="1920821683">
    <w:abstractNumId w:val="2"/>
  </w:num>
  <w:num w:numId="8" w16cid:durableId="793404513">
    <w:abstractNumId w:val="1"/>
  </w:num>
  <w:num w:numId="9" w16cid:durableId="1574504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B3865"/>
    <w:rsid w:val="00794A4D"/>
    <w:rsid w:val="008A6FDA"/>
    <w:rsid w:val="009A76E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D46FF5"/>
  <w14:defaultImageDpi w14:val="300"/>
  <w15:docId w15:val="{FB32F91C-C474-0C48-B41C-733F1950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794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kelly lemon</cp:lastModifiedBy>
  <cp:revision>2</cp:revision>
  <dcterms:created xsi:type="dcterms:W3CDTF">2025-04-11T21:07:00Z</dcterms:created>
  <dcterms:modified xsi:type="dcterms:W3CDTF">2025-04-11T21:07:00Z</dcterms:modified>
  <cp:category/>
</cp:coreProperties>
</file>